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right"/>
      </w:pPr>
      <w:r>
        <w:rPr>
          <w:b w:val="0"/>
          <w:i/>
          <w:color w:val="6B6B6B"/>
        </w:rPr>
        <w:t>[Miejscowość]</w:t>
      </w:r>
      <w:r>
        <w:rPr>
          <w:b w:val="0"/>
          <w:i w:val="0"/>
        </w:rPr>
        <w:t xml:space="preserve">, </w:t>
      </w:r>
      <w:r>
        <w:rPr>
          <w:b w:val="0"/>
          <w:i/>
          <w:color w:val="6B6B6B"/>
        </w:rPr>
        <w:t>[data]</w:t>
      </w:r>
    </w:p>
    <w:p>
      <w:pPr>
        <w:spacing w:after="0"/>
      </w:pPr>
      <w:r>
        <w:rPr>
          <w:b w:val="0"/>
          <w:i/>
          <w:color w:val="6B6B6B"/>
        </w:rPr>
        <w:t>[Imię i nazwisko]</w:t>
      </w:r>
    </w:p>
    <w:p>
      <w:pPr>
        <w:spacing w:after="240"/>
      </w:pPr>
      <w:r>
        <w:rPr>
          <w:b w:val="0"/>
          <w:i/>
          <w:color w:val="6B6B6B"/>
        </w:rPr>
        <w:t>[Adres]</w:t>
      </w:r>
    </w:p>
    <w:p>
      <w:pPr>
        <w:spacing w:after="0"/>
        <w:jc w:val="right"/>
      </w:pPr>
      <w:r>
        <w:rPr>
          <w:b w:val="0"/>
          <w:i/>
          <w:color w:val="6B6B6B"/>
        </w:rPr>
        <w:t>[Pełna nazwa kredytodawcy]</w:t>
      </w:r>
    </w:p>
    <w:p>
      <w:pPr>
        <w:spacing w:after="360"/>
        <w:jc w:val="right"/>
      </w:pPr>
      <w:r>
        <w:rPr>
          <w:b w:val="0"/>
          <w:i/>
          <w:color w:val="6B6B6B"/>
        </w:rPr>
        <w:t>[Adres siedziby albo adres do korespondencji wskazany w umowie]</w:t>
      </w:r>
    </w:p>
    <w:p>
      <w:pPr>
        <w:spacing w:after="240"/>
        <w:jc w:val="center"/>
      </w:pPr>
      <w:r>
        <w:rPr>
          <w:b/>
          <w:i w:val="0"/>
          <w:sz w:val="26"/>
        </w:rPr>
        <w:t>Oświadczenie o skorzystaniu z sankcji kredytu darmowego</w:t>
      </w:r>
    </w:p>
    <w:p>
      <w:pPr>
        <w:spacing w:after="240"/>
        <w:jc w:val="both"/>
      </w:pPr>
      <w:r>
        <w:rPr>
          <w:b w:val="0"/>
          <w:i w:val="0"/>
        </w:rPr>
        <w:t xml:space="preserve">Dotyczy: umowy </w:t>
      </w:r>
      <w:r>
        <w:rPr>
          <w:b w:val="0"/>
          <w:i/>
          <w:color w:val="6B6B6B"/>
        </w:rPr>
        <w:t>[kredytu konsumenckiego / pożyczki]</w:t>
      </w:r>
      <w:r>
        <w:rPr>
          <w:b w:val="0"/>
          <w:i w:val="0"/>
        </w:rPr>
        <w:t xml:space="preserve"> nr </w:t>
      </w:r>
      <w:r>
        <w:rPr>
          <w:b w:val="0"/>
          <w:i/>
          <w:color w:val="6B6B6B"/>
        </w:rPr>
        <w:t>[numer]</w:t>
      </w:r>
      <w:r>
        <w:rPr>
          <w:b w:val="0"/>
          <w:i w:val="0"/>
        </w:rPr>
        <w:t xml:space="preserve"> z dnia </w:t>
      </w:r>
      <w:r>
        <w:rPr>
          <w:b w:val="0"/>
          <w:i/>
          <w:color w:val="6B6B6B"/>
        </w:rPr>
        <w:t>[data zawarcia]</w:t>
      </w:r>
      <w:r>
        <w:rPr>
          <w:b w:val="0"/>
          <w:i w:val="0"/>
        </w:rPr>
        <w:t>.</w:t>
      </w:r>
    </w:p>
    <w:p>
      <w:pPr>
        <w:spacing w:after="160"/>
        <w:jc w:val="both"/>
      </w:pPr>
      <w:r>
        <w:rPr>
          <w:b w:val="0"/>
          <w:i w:val="0"/>
        </w:rPr>
        <w:t>1. Na podstawie art. 45 ust. 1 ustawy z dnia 12 maja 2011 r. o kredycie konsumenckim oświadczam, że korzystam z sankcji kredytu darmowego w odniesieniu do powyższej umowy. Kredyt zwrócę bez odsetek i innych kosztów kredytu należnych kredytodawcy, w terminie i w sposób ustalony w umowie.</w:t>
      </w:r>
    </w:p>
    <w:p>
      <w:pPr>
        <w:spacing w:after="0"/>
        <w:jc w:val="both"/>
      </w:pPr>
      <w:r>
        <w:rPr>
          <w:b w:val="0"/>
          <w:i w:val="0"/>
        </w:rPr>
        <w:t>2. Podstawą oświadczenia jest naruszenie przez kredytodawcę przepisów wymienionych w art. 45 ust. 1 ustawy o kredycie konsumenckim, w szczególności:</w:t>
      </w:r>
    </w:p>
    <w:p>
      <w:pPr>
        <w:spacing w:after="0"/>
        <w:jc w:val="both"/>
      </w:pPr>
      <w:r>
        <w:rPr>
          <w:b w:val="0"/>
          <w:i/>
          <w:color w:val="6B6B6B"/>
        </w:rPr>
        <w:t>[wybierz i krótko opisz, na przykład:]</w:t>
      </w:r>
    </w:p>
    <w:p>
      <w:pPr>
        <w:spacing w:after="0"/>
        <w:jc w:val="both"/>
      </w:pPr>
      <w:r>
        <w:rPr>
          <w:b w:val="0"/>
          <w:i w:val="0"/>
        </w:rPr>
        <w:t xml:space="preserve">– art. 30 ust. 1 pkt 7 ustawy: rzeczywista roczna stopa oprocentowania i całkowita kwota do zapłaty zostały podane nieprawidłowo, ponieważ </w:t>
      </w:r>
      <w:r>
        <w:rPr>
          <w:b w:val="0"/>
          <w:i/>
          <w:color w:val="6B6B6B"/>
        </w:rPr>
        <w:t>[opis]</w:t>
      </w:r>
      <w:r>
        <w:rPr>
          <w:b w:val="0"/>
          <w:i w:val="0"/>
        </w:rPr>
        <w:t>,</w:t>
      </w:r>
    </w:p>
    <w:p>
      <w:pPr>
        <w:spacing w:after="0"/>
        <w:jc w:val="both"/>
      </w:pPr>
      <w:r>
        <w:rPr>
          <w:b w:val="0"/>
          <w:i w:val="0"/>
        </w:rPr>
        <w:t xml:space="preserve">– art. 30 ust. 1 pkt 10 ustawy: umowa nie określa jasno </w:t>
      </w:r>
      <w:r>
        <w:rPr>
          <w:b w:val="0"/>
          <w:i/>
          <w:color w:val="6B6B6B"/>
        </w:rPr>
        <w:t>[opis]</w:t>
      </w:r>
      <w:r>
        <w:rPr>
          <w:b w:val="0"/>
          <w:i w:val="0"/>
        </w:rPr>
        <w:t>,</w:t>
      </w:r>
    </w:p>
    <w:p>
      <w:pPr>
        <w:spacing w:after="0"/>
        <w:jc w:val="both"/>
      </w:pPr>
      <w:r>
        <w:rPr>
          <w:b w:val="0"/>
          <w:i w:val="0"/>
        </w:rPr>
        <w:t xml:space="preserve">– </w:t>
      </w:r>
      <w:r>
        <w:rPr>
          <w:b w:val="0"/>
          <w:i/>
          <w:color w:val="6B6B6B"/>
        </w:rPr>
        <w:t>[inne naruszenie i jego opis]</w:t>
      </w:r>
      <w:r>
        <w:rPr>
          <w:b w:val="0"/>
          <w:i w:val="0"/>
        </w:rPr>
        <w:t>.</w:t>
      </w:r>
    </w:p>
    <w:p>
      <w:pPr>
        <w:spacing w:after="160"/>
        <w:jc w:val="both"/>
      </w:pPr>
      <w:r>
        <w:rPr>
          <w:b w:val="0"/>
          <w:i w:val="0"/>
        </w:rPr>
        <w:t>Powyższe wyliczenie nie jest wyczerpujące.</w:t>
      </w:r>
    </w:p>
    <w:p>
      <w:pPr>
        <w:spacing w:after="160"/>
        <w:jc w:val="both"/>
      </w:pPr>
      <w:r>
        <w:rPr>
          <w:b w:val="0"/>
          <w:i w:val="0"/>
        </w:rPr>
        <w:t xml:space="preserve">3. Wzywam do zwrotu kwoty </w:t>
      </w:r>
      <w:r>
        <w:rPr>
          <w:b w:val="0"/>
          <w:i/>
          <w:color w:val="6B6B6B"/>
        </w:rPr>
        <w:t>[kwota]</w:t>
      </w:r>
      <w:r>
        <w:rPr>
          <w:b w:val="0"/>
          <w:i w:val="0"/>
        </w:rPr>
        <w:t xml:space="preserve"> zł, stanowiącej sumę zapłaconych przeze mnie do dnia </w:t>
      </w:r>
      <w:r>
        <w:rPr>
          <w:b w:val="0"/>
          <w:i/>
          <w:color w:val="6B6B6B"/>
        </w:rPr>
        <w:t>[data]</w:t>
      </w:r>
      <w:r>
        <w:rPr>
          <w:b w:val="0"/>
          <w:i w:val="0"/>
        </w:rPr>
        <w:t xml:space="preserve"> odsetek i innych kosztów kredytu, w terminie 14 dni od dnia doręczenia tego pisma, na rachunek bankowy nr </w:t>
      </w:r>
      <w:r>
        <w:rPr>
          <w:b w:val="0"/>
          <w:i/>
          <w:color w:val="6B6B6B"/>
        </w:rPr>
        <w:t>[numer rachunku]</w:t>
      </w:r>
      <w:r>
        <w:rPr>
          <w:b w:val="0"/>
          <w:i w:val="0"/>
        </w:rPr>
        <w:t>.</w:t>
      </w:r>
    </w:p>
    <w:p>
      <w:pPr>
        <w:spacing w:after="480"/>
        <w:jc w:val="both"/>
      </w:pPr>
      <w:r>
        <w:rPr>
          <w:b w:val="0"/>
          <w:i w:val="0"/>
        </w:rPr>
        <w:t xml:space="preserve">4. </w:t>
      </w:r>
      <w:r>
        <w:rPr>
          <w:b w:val="0"/>
          <w:i/>
          <w:color w:val="6B6B6B"/>
        </w:rPr>
        <w:t>[Jeżeli kredyt jest spłacany:]</w:t>
      </w:r>
      <w:r>
        <w:rPr>
          <w:b w:val="0"/>
          <w:i w:val="0"/>
        </w:rPr>
        <w:t xml:space="preserve"> Na podstawie art. 37 ust. 1 ustawy o kredycie konsumenckim wnoszę o przesłanie harmonogramu spłaty uwzględniającego skutki tego oświadczenia.</w:t>
      </w:r>
    </w:p>
    <w:p>
      <w:pPr>
        <w:spacing w:after="240"/>
        <w:jc w:val="right"/>
      </w:pPr>
      <w:r>
        <w:rPr>
          <w:b w:val="0"/>
          <w:i/>
          <w:color w:val="6B6B6B"/>
        </w:rPr>
        <w:t>[własnoręczny podpis każdego kredytobiorcy]</w:t>
      </w:r>
    </w:p>
    <w:p>
      <w:pPr>
        <w:spacing w:after="360"/>
      </w:pPr>
      <w:r>
        <w:rPr>
          <w:b w:val="0"/>
          <w:i/>
          <w:color w:val="6B6B6B"/>
        </w:rPr>
        <w:t>[Załącznik, jeżeli oświadczenie składa pełnomocnik: pełnomocnictwo]</w:t>
      </w:r>
    </w:p>
    <w:p>
      <w:pPr>
        <w:spacing w:after="0"/>
        <w:jc w:val="both"/>
      </w:pPr>
      <w:r>
        <w:rPr>
          <w:b w:val="0"/>
          <w:i/>
          <w:color w:val="6B6B6B"/>
          <w:sz w:val="20"/>
        </w:rPr>
        <w:t>Jak korzystać ze wzoru: fragmenty w nawiasach kwadratowych uzupełnij albo usuń. Podpisz ręcznie (albo kwalifikowanym podpisem elektronicznym) i wyślij listem poleconym za potwierdzeniem odbioru. Oświadczenie trzeba złożyć przed upływem roku od dnia wykonania umowy, a liczy się dzień, w którym dotrze do kredytodawcy. Wzór jest ogólny, nie zastępuje analizy konkretnej umowy i nie przesądza, że sankcja przysługuje. Objaśnienia: kolkowski.pl/oswiadczenie-o-sankcji-kredytu-darmowego-wzor/</w:t>
      </w:r>
    </w:p>
    <w:p>
      <w:pPr>
        <w:spacing w:after="0"/>
        <w:jc w:val="both"/>
      </w:pPr>
      <w:r>
        <w:rPr>
          <w:b w:val="0"/>
          <w:i/>
          <w:color w:val="6B6B6B"/>
          <w:sz w:val="20"/>
        </w:rPr>
        <w:t>Kancelaria Radcy Prawnego K-Law Alan Kolkowski, Toruń, kolkowski.pl. Stan prawny na 3 listopada 2026 r.</w:t>
      </w:r>
    </w:p>
    <w:sectPr w:rsidR="00FC693F" w:rsidRPr="0006063C" w:rsidSect="00034616">
      <w:pgSz w:w="12240" w:h="15840"/>
      <w:pgMar w:top="1020" w:right="1361" w:bottom="1020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0"/>
    </w:pPr>
    <w:rPr>
      <w:rFonts w:ascii="Calibri" w:hAnsi="Calibri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oświadczenia o skorzystaniu z sankcji kredytu darmowego</dc:title>
  <dc:subject/>
  <dc:creator>Kancelaria Radcy Prawnego K-Law Alan Kolkowski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